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/>
          <w:b/>
          <w:color w:val="1B365D"/>
          <w:sz w:val="44"/>
        </w:rPr>
        <w:t>[FIRST NAME] [LAST NAME]</w:t>
      </w:r>
    </w:p>
    <w:p>
      <w:pPr>
        <w:spacing w:after="240"/>
        <w:jc w:val="center"/>
      </w:pPr>
      <w:r>
        <w:rPr>
          <w:rFonts w:ascii="Calibri" w:hAnsi="Calibri"/>
          <w:color w:val="555555"/>
          <w:sz w:val="19"/>
        </w:rPr>
        <w:t>City, State Zip | (555) 555-5555 | email@example.com | linkedin.com/in/yourprofile</w:t>
      </w:r>
    </w:p>
    <w:p>
      <w:pPr>
        <w:keepNext/>
        <w:spacing w:before="240" w:after="80"/>
        <w:pBdr>
          <w:bottom w:val="single" w:sz="12" w:space="1" w:color="1B365D"/>
        </w:pBdr>
      </w:pPr>
      <w:r>
        <w:rPr>
          <w:rFonts w:ascii="Calibri" w:hAnsi="Calibri"/>
          <w:b/>
          <w:color w:val="1B365D"/>
          <w:sz w:val="24"/>
        </w:rPr>
        <w:t>PROFESSIONAL SUMMARY</w:t>
      </w:r>
    </w:p>
    <w:p>
      <w:r>
        <w:t>Results-driven [Target Job Title / Profession] with [Number] years of experience in [Core Industry / Field]. Proven track record of optimizing operational efficiency, managing key projects, and driving strategic growth. Skilled in [Skill #1], [Skill #2], and cross-functional leadership. Adept at applying data-driven solutions to solve complex business challenges and deliver measurable performance outcomes.</w:t>
      </w:r>
    </w:p>
    <w:p>
      <w:pPr>
        <w:keepNext/>
        <w:spacing w:before="240" w:after="80"/>
        <w:pBdr>
          <w:bottom w:val="single" w:sz="12" w:space="1" w:color="1B365D"/>
        </w:pBdr>
      </w:pPr>
      <w:r>
        <w:rPr>
          <w:rFonts w:ascii="Calibri" w:hAnsi="Calibri"/>
          <w:b/>
          <w:color w:val="1B365D"/>
          <w:sz w:val="24"/>
        </w:rPr>
        <w:t>CORE COMPETENCIES &amp; KEY SKILLS</w:t>
      </w:r>
    </w:p>
    <w:p>
      <w:pPr>
        <w:pStyle w:val="ListBullet"/>
        <w:spacing w:after="40"/>
      </w:pPr>
      <w:r>
        <w:rPr>
          <w:b/>
        </w:rPr>
        <w:t xml:space="preserve">Industry Domain Skills: </w:t>
      </w:r>
      <w:r>
        <w:t>[Skill 1], [Skill 2], [Skill 3], [Skill 4], [Skill 5]</w:t>
      </w:r>
    </w:p>
    <w:p>
      <w:pPr>
        <w:pStyle w:val="ListBullet"/>
        <w:spacing w:after="40"/>
      </w:pPr>
      <w:r>
        <w:rPr>
          <w:b/>
        </w:rPr>
        <w:t xml:space="preserve">Technical Tools &amp; Software: </w:t>
      </w:r>
      <w:r>
        <w:t>[Tool/Software A], [Software B], [Platform C], [System D]</w:t>
      </w:r>
    </w:p>
    <w:p>
      <w:pPr>
        <w:pStyle w:val="ListBullet"/>
        <w:spacing w:after="80"/>
      </w:pPr>
      <w:r>
        <w:rPr>
          <w:b/>
        </w:rPr>
        <w:t xml:space="preserve">Core Leadership &amp; Management: </w:t>
      </w:r>
      <w:r>
        <w:t>Project Management, Process Optimization, Team Leadership, Stakeholder Relations</w:t>
      </w:r>
    </w:p>
    <w:p>
      <w:pPr>
        <w:keepNext/>
        <w:spacing w:before="240" w:after="80"/>
        <w:pBdr>
          <w:bottom w:val="single" w:sz="12" w:space="1" w:color="1B365D"/>
        </w:pBdr>
      </w:pPr>
      <w:r>
        <w:rPr>
          <w:rFonts w:ascii="Calibri" w:hAnsi="Calibri"/>
          <w:b/>
          <w:color w:val="1B365D"/>
          <w:sz w:val="24"/>
        </w:rPr>
        <w:t>PROFESSIONAL EXPERIENCE</w:t>
      </w:r>
    </w:p>
    <w:p>
      <w:pPr>
        <w:keepNext/>
        <w:spacing w:before="80" w:after="20"/>
      </w:pPr>
      <w:r>
        <w:rPr>
          <w:b/>
          <w:color w:val="1B365D"/>
          <w:sz w:val="22"/>
        </w:rPr>
        <w:t>[JOB TITLE]</w:t>
      </w:r>
      <w:r>
        <w:t xml:space="preserve"> | [Company Name] — [City, State]</w:t>
        <w:tab/>
        <w:t>[Month Year] – Present</w:t>
      </w:r>
    </w:p>
    <w:p>
      <w:pPr>
        <w:pStyle w:val="ListBullet"/>
        <w:spacing w:after="40"/>
      </w:pPr>
      <w:r>
        <w:t>Spearheaded [Key Project/Initiative], resulting in a [X%] increase in efficiency / revenue within [Timeframe].</w:t>
      </w:r>
    </w:p>
    <w:p>
      <w:pPr>
        <w:pStyle w:val="ListBullet"/>
        <w:spacing w:after="40"/>
      </w:pPr>
      <w:r>
        <w:t>Managed a team of [X] professionals, overseeing daily operations, performance evaluations, and strategic goal setting.</w:t>
      </w:r>
    </w:p>
    <w:p>
      <w:pPr>
        <w:pStyle w:val="ListBullet"/>
        <w:spacing w:after="40"/>
      </w:pPr>
      <w:r>
        <w:t>Implemented [New System / Tool / Process] to streamline workflows, reducing processing time by [X] hours per week.</w:t>
      </w:r>
    </w:p>
    <w:p>
      <w:pPr>
        <w:pStyle w:val="ListBullet"/>
        <w:spacing w:after="120"/>
      </w:pPr>
      <w:r>
        <w:t>Collaborated cross-functionally with [Departments/Stakeholders] to deliver key deliverables under budget and ahead of schedule.</w:t>
      </w:r>
    </w:p>
    <w:p>
      <w:pPr>
        <w:keepNext/>
        <w:spacing w:before="80" w:after="20"/>
      </w:pPr>
      <w:r>
        <w:rPr>
          <w:b/>
          <w:color w:val="1B365D"/>
          <w:sz w:val="22"/>
        </w:rPr>
        <w:t>[PREVIOUS JOB TITLE]</w:t>
      </w:r>
      <w:r>
        <w:t xml:space="preserve"> | [Previous Company Name] — [City, State]</w:t>
        <w:tab/>
        <w:t>[Month Year] – [Month Year]</w:t>
      </w:r>
    </w:p>
    <w:p>
      <w:pPr>
        <w:pStyle w:val="ListBullet"/>
        <w:spacing w:after="40"/>
      </w:pPr>
      <w:r>
        <w:t>Developed and executed [Specific Strategy], driving a [X%] improvement in key performance metrics (KPIs).</w:t>
      </w:r>
    </w:p>
    <w:p>
      <w:pPr>
        <w:pStyle w:val="ListBullet"/>
        <w:spacing w:after="40"/>
      </w:pPr>
      <w:r>
        <w:t>Analyzed operational data to identify bottlenecks and recommended actionable strategies adopted by senior management.</w:t>
      </w:r>
    </w:p>
    <w:p>
      <w:pPr>
        <w:pStyle w:val="ListBullet"/>
        <w:spacing w:after="120"/>
      </w:pPr>
      <w:r>
        <w:t>Maintained high level of quality control and client satisfaction, achieving a [X%] retention rate across core accounts.</w:t>
      </w:r>
    </w:p>
    <w:p>
      <w:pPr>
        <w:keepNext/>
        <w:spacing w:before="80" w:after="20"/>
      </w:pPr>
      <w:r>
        <w:rPr>
          <w:b/>
          <w:color w:val="1B365D"/>
          <w:sz w:val="22"/>
        </w:rPr>
        <w:t>[EARLIER JOB TITLE]</w:t>
      </w:r>
      <w:r>
        <w:t xml:space="preserve"> | [Earlier Company Name] — [City, State]</w:t>
        <w:tab/>
        <w:t>[Month Year] – [Month Year]</w:t>
      </w:r>
    </w:p>
    <w:p>
      <w:pPr>
        <w:pStyle w:val="ListBullet"/>
        <w:spacing w:after="40"/>
      </w:pPr>
      <w:r>
        <w:t>Supported daily operations for [Department/Team], delivering accurate weekly reports and project status updates.</w:t>
      </w:r>
    </w:p>
    <w:p>
      <w:pPr>
        <w:pStyle w:val="ListBullet"/>
        <w:spacing w:after="120"/>
      </w:pPr>
      <w:r>
        <w:t>Recognized for outstanding performance and promoted from [Previous Junior Role] within [X] months.</w:t>
      </w:r>
    </w:p>
    <w:p>
      <w:pPr>
        <w:keepNext/>
        <w:spacing w:before="240" w:after="80"/>
        <w:pBdr>
          <w:bottom w:val="single" w:sz="12" w:space="1" w:color="1B365D"/>
        </w:pBdr>
      </w:pPr>
      <w:r>
        <w:rPr>
          <w:rFonts w:ascii="Calibri" w:hAnsi="Calibri"/>
          <w:b/>
          <w:color w:val="1B365D"/>
          <w:sz w:val="24"/>
        </w:rPr>
        <w:t>EDUCATION</w:t>
      </w:r>
    </w:p>
    <w:p>
      <w:pPr>
        <w:spacing w:after="40"/>
      </w:pPr>
      <w:r>
        <w:rPr>
          <w:b/>
        </w:rPr>
        <w:t>Bachelor of Science in [Degree / Major]</w:t>
      </w:r>
      <w:r>
        <w:t xml:space="preserve"> | [University Name], [City, State] — [Graduation Year or Expected]</w:t>
      </w:r>
    </w:p>
    <w:p>
      <w:pPr>
        <w:keepNext/>
        <w:spacing w:before="240" w:after="80"/>
        <w:pBdr>
          <w:bottom w:val="single" w:sz="12" w:space="1" w:color="1B365D"/>
        </w:pBdr>
      </w:pPr>
      <w:r>
        <w:rPr>
          <w:rFonts w:ascii="Calibri" w:hAnsi="Calibri"/>
          <w:b/>
          <w:color w:val="1B365D"/>
          <w:sz w:val="24"/>
        </w:rPr>
        <w:t>CERTIFICATIONS &amp; PROFESSIONAL AFFILIATIONS</w:t>
      </w:r>
    </w:p>
    <w:p>
      <w:pPr>
        <w:pStyle w:val="ListBullet"/>
        <w:spacing w:after="40"/>
      </w:pPr>
      <w:r>
        <w:rPr>
          <w:b/>
        </w:rPr>
        <w:t>[Certified Professional Credential / Certification Title]</w:t>
      </w:r>
      <w:r>
        <w:t xml:space="preserve"> — [Issuing Organization], [Year]</w:t>
      </w:r>
    </w:p>
    <w:p>
      <w:pPr>
        <w:pStyle w:val="ListBullet"/>
        <w:spacing w:after="40"/>
      </w:pPr>
      <w:r>
        <w:rPr>
          <w:b w:val="0"/>
        </w:rPr>
        <w:t xml:space="preserve">Member, </w:t>
      </w:r>
      <w:r>
        <w:rPr>
          <w:b/>
        </w:rPr>
        <w:t>[Professional Organization / Association Name]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 w:before="0"/>
    </w:pPr>
    <w:rPr>
      <w:rFonts w:ascii="Calibri" w:hAnsi="Calibri"/>
      <w:color w:val="333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